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20"/>
        </w:rPr>
        <w:t>BRITISH SCHOLARS</w:t>
      </w:r>
    </w:p>
    <w:p>
      <w:pPr>
        <w:pStyle w:val="Title"/>
      </w:pPr>
      <w:r>
        <w:t>Assignment submission checklist</w:t>
      </w:r>
    </w:p>
    <w:p>
      <w:r>
        <w:t>Check each item against your module instructions before submitting. Keep a copy of the submitted file and the submission receipt.</w:t>
      </w:r>
    </w:p>
    <w:p>
      <w:pPr>
        <w:pStyle w:val="Heading2"/>
      </w:pPr>
      <w:r>
        <w:t>Content</w:t>
      </w:r>
    </w:p>
    <w:p>
      <w:r>
        <w:t>[ ] I answered the question and covered the assessment criteria.</w:t>
      </w:r>
    </w:p>
    <w:p>
      <w:r>
        <w:t>[ ] My argument is supported by relevant evidence and critical discussion.</w:t>
      </w:r>
    </w:p>
    <w:p>
      <w:r>
        <w:t>[ ] My introduction and conclusion match the final assignment.</w:t>
      </w:r>
    </w:p>
    <w:p>
      <w:pPr>
        <w:pStyle w:val="Heading2"/>
      </w:pPr>
      <w:r>
        <w:t>Sources and integrity</w:t>
      </w:r>
    </w:p>
    <w:p>
      <w:r>
        <w:t>[ ] Quotations are marked and cited with page numbers where required.</w:t>
      </w:r>
    </w:p>
    <w:p>
      <w:r>
        <w:t>[ ] Paraphrases use my own wording and include citations.</w:t>
      </w:r>
    </w:p>
    <w:p>
      <w:r>
        <w:t>[ ] Every in-text citation matches the reference list.</w:t>
      </w:r>
    </w:p>
    <w:p>
      <w:r>
        <w:t>[ ] I followed my university rules on AI use and included any required declaration.</w:t>
      </w:r>
    </w:p>
    <w:p>
      <w:pPr>
        <w:pStyle w:val="Heading2"/>
      </w:pPr>
      <w:r>
        <w:t>Presentation</w:t>
      </w:r>
    </w:p>
    <w:p>
      <w:r>
        <w:t>[ ] Word count, file format and filename follow the instructions.</w:t>
      </w:r>
    </w:p>
    <w:p>
      <w:r>
        <w:t>[ ] Spelling, grammar, headings, tables and figures have been checked.</w:t>
      </w:r>
    </w:p>
    <w:p>
      <w:r>
        <w:t>[ ] The required cover sheet and anonymous marking rules are followed.</w:t>
      </w:r>
    </w:p>
    <w:p>
      <w:pPr>
        <w:pStyle w:val="Heading2"/>
      </w:pPr>
      <w:r>
        <w:t>Submission</w:t>
      </w:r>
    </w:p>
    <w:p>
      <w:r>
        <w:t>[ ] I uploaded the correct final file before the deadline.</w:t>
      </w:r>
    </w:p>
    <w:p>
      <w:r>
        <w:t>[ ] I checked the uploaded preview or downloaded copy.</w:t>
      </w:r>
    </w:p>
    <w:p>
      <w:r>
        <w:t>[ ] I saved the submission receipt and a backup of my work.</w:t>
      </w:r>
    </w:p>
    <w:sectPr w:rsidR="00FC693F" w:rsidRPr="0006063C" w:rsidSect="00034616">
      <w:pgSz w:w="11909" w:h="16834"/>
      <w:pgMar w:top="1152" w:right="1800" w:bottom="115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