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20"/>
        </w:rPr>
        <w:t>BRITISH SCHOLARS</w:t>
      </w:r>
    </w:p>
    <w:p>
      <w:pPr>
        <w:pStyle w:val="Title"/>
      </w:pPr>
      <w:r>
        <w:t>Assignment cover page</w:t>
      </w:r>
    </w:p>
    <w:p>
      <w:r>
        <w:t>Replace the bracketed fields with your details. Use your university or module cover sheet instead if one is required. Remove guidance before submitting. Follow anonymous marking rules and omit your name where required.</w:t>
      </w:r>
    </w:p>
    <w:p>
      <w:pPr>
        <w:pStyle w:val="Heading2"/>
      </w:pPr>
      <w:r>
        <w:t>Assignment title</w:t>
      </w:r>
    </w:p>
    <w:p>
      <w:r>
        <w:t>[Enter assignment title]</w:t>
      </w:r>
    </w:p>
    <w:p>
      <w:pPr>
        <w:pStyle w:val="Heading2"/>
      </w:pPr>
      <w:r>
        <w:t>Student number</w:t>
      </w:r>
    </w:p>
    <w:p>
      <w:r>
        <w:t>[Enter student number]</w:t>
      </w:r>
    </w:p>
    <w:p>
      <w:pPr>
        <w:pStyle w:val="Heading2"/>
      </w:pPr>
      <w:r>
        <w:t>University</w:t>
      </w:r>
    </w:p>
    <w:p>
      <w:r>
        <w:t>[Enter university]</w:t>
      </w:r>
    </w:p>
    <w:p>
      <w:pPr>
        <w:pStyle w:val="Heading2"/>
      </w:pPr>
      <w:r>
        <w:t>Course and module</w:t>
      </w:r>
    </w:p>
    <w:p>
      <w:r>
        <w:t>[Enter course and module code]</w:t>
      </w:r>
    </w:p>
    <w:p>
      <w:pPr>
        <w:pStyle w:val="Heading2"/>
      </w:pPr>
      <w:r>
        <w:t>Tutor</w:t>
      </w:r>
    </w:p>
    <w:p>
      <w:r>
        <w:t>[Enter tutor if required]</w:t>
      </w:r>
    </w:p>
    <w:p>
      <w:pPr>
        <w:pStyle w:val="Heading2"/>
      </w:pPr>
      <w:r>
        <w:t>Submission date</w:t>
      </w:r>
    </w:p>
    <w:p>
      <w:r>
        <w:t>[Enter date]</w:t>
      </w:r>
    </w:p>
    <w:p>
      <w:pPr>
        <w:pStyle w:val="Heading2"/>
      </w:pPr>
      <w:r>
        <w:t>Word count</w:t>
      </w:r>
    </w:p>
    <w:p>
      <w:r>
        <w:t>[Enter count using your module rules]</w:t>
      </w:r>
    </w:p>
    <w:sectPr w:rsidR="00FC693F" w:rsidRPr="0006063C" w:rsidSect="00034616">
      <w:pgSz w:w="11909" w:h="16834"/>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